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TOPLANTI TUTANAĞI (BOŞ ÖRNEK)</w:t>
      </w:r>
    </w:p>
    <w:p/>
    <w:p>
      <w:r>
        <w:t>Tutanak Tarihi : .... / .... / 20....</w:t>
      </w:r>
    </w:p>
    <w:p>
      <w:r>
        <w:t>Tutanak No     : ......................</w:t>
      </w:r>
    </w:p>
    <w:p>
      <w:r>
        <w:t>Toplantı Türü  : (   ) Yönetim Toplantısı   (   ) Proje Toplantısı   (   ) Genel Toplantı   (   ) Diğer: ..............</w:t>
      </w:r>
    </w:p>
    <w:p/>
    <w:p>
      <w:r>
        <w:t>Toplantı Yeri  : ..................................................................................</w:t>
      </w:r>
    </w:p>
    <w:p>
      <w:r>
        <w:t>Toplantı Saati : ...........</w:t>
      </w:r>
    </w:p>
    <w:p>
      <w:r>
        <w:t>Toplantı Konusu: ..................................................................................</w:t>
      </w:r>
    </w:p>
    <w:p/>
    <w:p>
      <w:r>
        <w:t>Toplantıya Katılanlar:</w:t>
      </w:r>
    </w:p>
    <w:p>
      <w:r>
        <w:t>1) Adı Soyadı: ....................................  Görevi: ............................  İmza: ...................</w:t>
      </w:r>
    </w:p>
    <w:p>
      <w:r>
        <w:t>2) Adı Soyadı: ....................................  Görevi: ............................  İmza: ...................</w:t>
      </w:r>
    </w:p>
    <w:p>
      <w:r>
        <w:t>3) Adı Soyadı: ....................................  Görevi: ............................  İmza: ...................</w:t>
      </w:r>
    </w:p>
    <w:p>
      <w:r>
        <w:t>4) Adı Soyadı: ....................................  Görevi: ............................  İmza: ...................</w:t>
      </w:r>
    </w:p>
    <w:p/>
    <w:p>
      <w:r>
        <w:t>Toplantı Gündemi:</w:t>
      </w:r>
    </w:p>
    <w:p>
      <w:r>
        <w:t>1) ..................................................................................................................</w:t>
      </w:r>
    </w:p>
    <w:p>
      <w:r>
        <w:t>2) ..................................................................................................................</w:t>
      </w:r>
    </w:p>
    <w:p>
      <w:r>
        <w:t>3) ..................................................................................................................</w:t>
      </w:r>
    </w:p>
    <w:p>
      <w:r>
        <w:t>4) ..................................................................................................................</w:t>
      </w:r>
    </w:p>
    <w:p/>
    <w:p>
      <w:r>
        <w:t>Görüşülen Konular ve Alınan Kararlar:</w:t>
      </w:r>
    </w:p>
    <w:p/>
    <w:p>
      <w:r>
        <w:t>1) Gündem 1:</w:t>
      </w:r>
    </w:p>
    <w:p>
      <w:r>
        <w:t>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</w:t>
      </w:r>
    </w:p>
    <w:p/>
    <w:p>
      <w:r>
        <w:t>2) Gündem 2:</w:t>
      </w:r>
    </w:p>
    <w:p>
      <w:r>
        <w:t>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</w:t>
      </w:r>
    </w:p>
    <w:p/>
    <w:p>
      <w:r>
        <w:t>3) Gündem 3:</w:t>
      </w:r>
    </w:p>
    <w:p>
      <w:r>
        <w:t>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</w:t>
      </w:r>
    </w:p>
    <w:p/>
    <w:p>
      <w:r>
        <w:t>4) Gündem 4:</w:t>
      </w:r>
    </w:p>
    <w:p>
      <w:r>
        <w:t>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</w:t>
      </w:r>
    </w:p>
    <w:p/>
    <w:p>
      <w:r>
        <w:t>Ek Notlar:</w:t>
      </w:r>
    </w:p>
    <w:p>
      <w:r>
        <w:t>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</w:t>
      </w:r>
    </w:p>
    <w:p/>
    <w:p>
      <w:r>
        <w:t>Toplantı, gündemde görüşülecek başka konu kalmadığından .......... saatinde sona erdi.</w:t>
      </w:r>
    </w:p>
    <w:p/>
    <w:p>
      <w:r>
        <w:t>Toplantı Başkanı                      Toplantı Yazmanı                      Katılımcılar</w:t>
      </w:r>
    </w:p>
    <w:p>
      <w:r>
        <w:t>Adı Soyadı: ........................   Adı Soyadı: ........................   İsim – İmza: ........................</w:t>
      </w:r>
    </w:p>
    <w:p>
      <w:r>
        <w:t>İmza: .................               İmza: .................               İsim – İmza: ........................</w:t>
      </w:r>
    </w:p>
    <w:p>
      <w:r>
        <w:t xml:space="preserve">                                                                          İsim – İmza: ........................</w:t>
      </w:r>
    </w:p>
    <w:p/>
    <w:p/>
    <w:p/>
    <w:p>
      <w:r>
        <w:t>TOPLANTI TUTANAĞI (DOLDURULMUŞ ÖRNEK)</w:t>
      </w:r>
    </w:p>
    <w:p/>
    <w:p>
      <w:r>
        <w:t>Tutanak Tarihi : 11 / 03 / 2025</w:t>
      </w:r>
    </w:p>
    <w:p>
      <w:r>
        <w:t>Tutanak No     : TT-2025-062</w:t>
      </w:r>
    </w:p>
    <w:p>
      <w:r>
        <w:t>Toplantı Türü  : ( X ) Proje Toplantısı</w:t>
      </w:r>
    </w:p>
    <w:p/>
    <w:p>
      <w:r>
        <w:t>Toplantı Yeri  : XYZ Teknoloji – Toplantı Odası 2</w:t>
      </w:r>
    </w:p>
    <w:p>
      <w:r>
        <w:t>Toplantı Saati : 14:00</w:t>
      </w:r>
    </w:p>
    <w:p>
      <w:r>
        <w:t>Toplantı Konusu: Mobil Uygulama Geliştirme Sürecinin Değerlendirilmesi</w:t>
      </w:r>
    </w:p>
    <w:p/>
    <w:p>
      <w:r>
        <w:t>Toplantıya Katılanlar:</w:t>
      </w:r>
    </w:p>
    <w:p>
      <w:r>
        <w:t>1) Adı Soyadı: Ahmet Yalçın      Görevi: Proje Müdürü           İmza: (imza)</w:t>
      </w:r>
    </w:p>
    <w:p>
      <w:r>
        <w:t>2) Adı Soyadı: Selin Başar       Görevi: Yazılım Geliştirici     İmza: (imza)</w:t>
      </w:r>
    </w:p>
    <w:p>
      <w:r>
        <w:t>3) Adı Soyadı: Mehmet Korkut     Görevi: UX/UI Tasarımcısı       İmza: (imza)</w:t>
      </w:r>
    </w:p>
    <w:p>
      <w:r>
        <w:t>4) Adı Soyadı: Cem Arslan        Görevi: Test Uzmanı             İmza: (imza)</w:t>
      </w:r>
    </w:p>
    <w:p/>
    <w:p>
      <w:r>
        <w:t>Toplantı Gündemi:</w:t>
      </w:r>
    </w:p>
    <w:p>
      <w:r>
        <w:t>1) Proje ilerleme durumunun değerlendirilmesi</w:t>
      </w:r>
    </w:p>
    <w:p>
      <w:r>
        <w:t>2) Yeni sprint hedeflerinin belirlenmesi</w:t>
      </w:r>
    </w:p>
    <w:p>
      <w:r>
        <w:t>3) Kullanıcı testleri geri bildirim raporları</w:t>
      </w:r>
    </w:p>
    <w:p>
      <w:r>
        <w:t>4) Teslim tarihinin güncellenmesi</w:t>
      </w:r>
    </w:p>
    <w:p/>
    <w:p>
      <w:r>
        <w:t>Görüşülen Konular ve Alınan Kararlar:</w:t>
      </w:r>
    </w:p>
    <w:p/>
    <w:p>
      <w:r>
        <w:t>1) Proje ilerleme durumu:</w:t>
      </w:r>
    </w:p>
    <w:p>
      <w:r>
        <w:t>Ahmet Yalçın proje genel durumunu açıklamıştır. Geliştirme %78 seviyesinde olup,</w:t>
      </w:r>
    </w:p>
    <w:p>
      <w:r>
        <w:t>arayüz tasarımlarının tamamlandığı, backend geliştirmesinin ise devam ettiği belirtilmiştir.</w:t>
      </w:r>
    </w:p>
    <w:p/>
    <w:p>
      <w:r>
        <w:t>2) Yeni sprint hedefleri:</w:t>
      </w:r>
    </w:p>
    <w:p>
      <w:r>
        <w:t>Sprint 21 kapsamına; performans iyileştirmesi, push bildirim modülünün tamamlanması ve</w:t>
      </w:r>
    </w:p>
    <w:p>
      <w:r>
        <w:t>login ekranındaki güvenlik protokollerinin güçlendirilmesi eklenmiştir.</w:t>
      </w:r>
    </w:p>
    <w:p/>
    <w:p>
      <w:r>
        <w:t>3) Kullanıcı testi geri bildirimleri:</w:t>
      </w:r>
    </w:p>
    <w:p>
      <w:r>
        <w:t>Test uzmanı Cem Arslan tarafından kullanıcılardan gelen raporlar sunulmuştur. Kullanıcıların</w:t>
      </w:r>
    </w:p>
    <w:p>
      <w:r>
        <w:t>özellikle bildirim ayarları ve profil düzenleme alanlarında iyileştirme beklediği tespit edilmiştir.</w:t>
      </w:r>
    </w:p>
    <w:p/>
    <w:p>
      <w:r>
        <w:t>4) Teslim tarihi:</w:t>
      </w:r>
    </w:p>
    <w:p>
      <w:r>
        <w:t>Mevcut ilerleme dikkate alınarak teslim tarihi 28 Mart 2025 olarak güncellenmiş ve ekipçe</w:t>
      </w:r>
    </w:p>
    <w:p>
      <w:r>
        <w:t>oybirliğiyle kabul edilmiştir.</w:t>
      </w:r>
    </w:p>
    <w:p/>
    <w:p>
      <w:r>
        <w:t>Ek Notlar:</w:t>
      </w:r>
    </w:p>
    <w:p>
      <w:r>
        <w:t>Yeni güncelleme sonrası test süresinin uzayabileceği, gerekirse ek bir toplantı yapılabileceği</w:t>
      </w:r>
    </w:p>
    <w:p>
      <w:r>
        <w:t>notu düşülmüştür.</w:t>
      </w:r>
    </w:p>
    <w:p/>
    <w:p>
      <w:r>
        <w:t>Toplantı, gündemde görüşülecek başka konu kalmadığından 15:45’te sona ermiştir.</w:t>
      </w:r>
    </w:p>
    <w:p/>
    <w:p>
      <w:r>
        <w:t>Toplantı Başkanı:  Ahmet Yalçın      İmza: (imza)</w:t>
      </w:r>
    </w:p>
    <w:p>
      <w:r>
        <w:t>Toplantı Yazmanı:  Selin Başar       İmza: (imza)</w:t>
      </w:r>
    </w:p>
    <w:p>
      <w:r>
        <w:t>Katılımcılar:      Mehmet Korkut – (imza)</w:t>
      </w:r>
    </w:p>
    <w:p>
      <w:r>
        <w:t xml:space="preserve">                   Cem Arslan – (imza)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