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TESLİM TUTANAĞI (BOŞ ÖRNEK)</w:t>
      </w:r>
    </w:p>
    <w:p/>
    <w:p>
      <w:r>
        <w:t>Tutanak Tarihi : .... / .... / 20....</w:t>
      </w:r>
    </w:p>
    <w:p>
      <w:r>
        <w:t>Tutanak No     : ......................</w:t>
      </w:r>
    </w:p>
    <w:p>
      <w:r>
        <w:t>Teslim Türü    : (   ) Demirbaş Teslimi   (   ) Evrak Teslimi   (   ) Ekipman Teslimi   (   ) Diğer: ..................</w:t>
      </w:r>
    </w:p>
    <w:p/>
    <w:p>
      <w:r>
        <w:t>Teslim Eden (Görevli)</w:t>
      </w:r>
    </w:p>
    <w:p>
      <w:r>
        <w:t>Adı Soyadı  : .............................................................</w:t>
      </w:r>
    </w:p>
    <w:p>
      <w:r>
        <w:t>Birim / Görev: .............................................................</w:t>
      </w:r>
    </w:p>
    <w:p>
      <w:r>
        <w:t>İmza        : .............................................................</w:t>
      </w:r>
    </w:p>
    <w:p/>
    <w:p>
      <w:r>
        <w:t>Teslim Alan (Personel)</w:t>
      </w:r>
    </w:p>
    <w:p>
      <w:r>
        <w:t>Adı Soyadı  : .............................................................</w:t>
      </w:r>
    </w:p>
    <w:p>
      <w:r>
        <w:t>Görevi / Sicil No : ........................................................</w:t>
      </w:r>
    </w:p>
    <w:p>
      <w:r>
        <w:t>İmza        : .............................................................</w:t>
      </w:r>
    </w:p>
    <w:p/>
    <w:p>
      <w:r>
        <w:t>Teslimin Yapıldığı Yer : ..................................................</w:t>
      </w:r>
    </w:p>
    <w:p>
      <w:r>
        <w:t>Teslim Tarihi          : .... / .... / 20....</w:t>
      </w:r>
    </w:p>
    <w:p>
      <w:r>
        <w:t>Teslim Saati           : ..............</w:t>
      </w:r>
    </w:p>
    <w:p/>
    <w:p>
      <w:r>
        <w:t>Teslim Edilen Malzeme / Evrak Bilgileri:</w:t>
      </w:r>
    </w:p>
    <w:p/>
    <w:p>
      <w:r>
        <w:t>1) Ürün / Evrak Adı : .....................................................</w:t>
      </w:r>
    </w:p>
    <w:p>
      <w:r>
        <w:t xml:space="preserve">   Adet / Sayı      : .............................</w:t>
      </w:r>
    </w:p>
    <w:p>
      <w:r>
        <w:t xml:space="preserve">   Durum            : (   ) Yeni   (   ) Kullanılmış   (   ) Arızalı</w:t>
      </w:r>
    </w:p>
    <w:p/>
    <w:p>
      <w:r>
        <w:t>2) Ürün / Evrak Adı : .....................................................</w:t>
      </w:r>
    </w:p>
    <w:p>
      <w:r>
        <w:t xml:space="preserve">   Adet / Sayı      : .............................</w:t>
      </w:r>
    </w:p>
    <w:p>
      <w:r>
        <w:t xml:space="preserve">   Durum            : (   ) Yeni   (   ) Kullanılmış   (   ) Arızalı</w:t>
      </w:r>
    </w:p>
    <w:p/>
    <w:p>
      <w:r>
        <w:t>3) Ürün / Evrak Adı : .....................................................</w:t>
      </w:r>
    </w:p>
    <w:p>
      <w:r>
        <w:t xml:space="preserve">   Adet / Sayı      : .............................</w:t>
      </w:r>
    </w:p>
    <w:p>
      <w:r>
        <w:t xml:space="preserve">   Durum            : (   ) Yeni   (   ) Kullanılmış   (   ) Arızalı</w:t>
      </w:r>
    </w:p>
    <w:p/>
    <w:p>
      <w:r>
        <w:t>Ek Açıklamalar:</w:t>
      </w:r>
    </w:p>
    <w:p>
      <w:r>
        <w:t>............................................................................</w:t>
      </w:r>
    </w:p>
    <w:p>
      <w:r>
        <w:t>............................................................................</w:t>
      </w:r>
    </w:p>
    <w:p>
      <w:r>
        <w:t>............................................................................</w:t>
      </w:r>
    </w:p>
    <w:p/>
    <w:p>
      <w:r>
        <w:t>İşbu teslim tutanağı tarafların bilgisi ve onayı dahilinde düzenlenmiştir.</w:t>
      </w:r>
    </w:p>
    <w:p/>
    <w:p>
      <w:r>
        <w:t>Teslim Eden                              Teslim Alan</w:t>
      </w:r>
    </w:p>
    <w:p>
      <w:r>
        <w:t>Adı Soyadı : ..........................   Adı Soyadı : ..........................</w:t>
      </w:r>
    </w:p>
    <w:p>
      <w:r>
        <w:t>İmza       : ..........................   İmza       : ..........................</w:t>
      </w:r>
    </w:p>
    <w:p/>
    <w:p/>
    <w:p/>
    <w:p>
      <w:r>
        <w:t>TESLİM TUTANAĞI (DOLDURULMUŞ ÖRNEK)</w:t>
      </w:r>
    </w:p>
    <w:p/>
    <w:p>
      <w:r>
        <w:t>Tutanak Tarihi : 05 / 03 / 2025</w:t>
      </w:r>
    </w:p>
    <w:p>
      <w:r>
        <w:t>Tutanak No     : TT-2025-044</w:t>
      </w:r>
    </w:p>
    <w:p>
      <w:r>
        <w:t>Teslim Türü    : ( X ) Ekipman Teslimi</w:t>
      </w:r>
    </w:p>
    <w:p/>
    <w:p>
      <w:r>
        <w:t>Teslim Eden (Görevli)</w:t>
      </w:r>
    </w:p>
    <w:p>
      <w:r>
        <w:t>Adı Soyadı  : Hüseyin Korkmaz</w:t>
      </w:r>
    </w:p>
    <w:p>
      <w:r>
        <w:t>Birim / Görev: Bilgi İşlem Teknik Sorumlusu</w:t>
      </w:r>
    </w:p>
    <w:p>
      <w:r>
        <w:t>İmza        : (imza)</w:t>
      </w:r>
    </w:p>
    <w:p/>
    <w:p>
      <w:r>
        <w:t>Teslim Alan (Personel)</w:t>
      </w:r>
    </w:p>
    <w:p>
      <w:r>
        <w:t>Adı Soyadı  : Selin Başar</w:t>
      </w:r>
    </w:p>
    <w:p>
      <w:r>
        <w:t>Görevi / Sicil No : Pazarlama Uzmanı / 2214</w:t>
      </w:r>
    </w:p>
    <w:p>
      <w:r>
        <w:t>İmza        : (imza)</w:t>
      </w:r>
    </w:p>
    <w:p/>
    <w:p>
      <w:r>
        <w:t>Teslimin Yapıldığı Yer : XYZ Ofis – Bilgi İşlem Odası</w:t>
      </w:r>
    </w:p>
    <w:p>
      <w:r>
        <w:t>Teslim Tarihi          : 05 / 03 / 2025</w:t>
      </w:r>
    </w:p>
    <w:p>
      <w:r>
        <w:t>Teslim Saati           : 10:30</w:t>
      </w:r>
    </w:p>
    <w:p/>
    <w:p>
      <w:r>
        <w:t>Teslim Edilen Malzeme / Evrak Bilgileri:</w:t>
      </w:r>
    </w:p>
    <w:p/>
    <w:p>
      <w:r>
        <w:t>1) Ürün / Evrak Adı : Dell Latitude 5520 Dizüstü Bilgisayar</w:t>
      </w:r>
    </w:p>
    <w:p>
      <w:r>
        <w:t xml:space="preserve">   Adet / Sayı      : 1</w:t>
      </w:r>
    </w:p>
    <w:p>
      <w:r>
        <w:t xml:space="preserve">   Durum            : ( X ) Yeni   (   ) Kullanılmış   (   ) Arızalı</w:t>
      </w:r>
    </w:p>
    <w:p/>
    <w:p>
      <w:r>
        <w:t>2) Ürün / Evrak Adı : Logitech Kablosuz Mouse M330</w:t>
      </w:r>
    </w:p>
    <w:p>
      <w:r>
        <w:t xml:space="preserve">   Adet / Sayı      : 1</w:t>
      </w:r>
    </w:p>
    <w:p>
      <w:r>
        <w:t xml:space="preserve">   Durum            : ( X ) Yeni   (   ) Kullanılmış   (   ) Arızalı</w:t>
      </w:r>
    </w:p>
    <w:p/>
    <w:p>
      <w:r>
        <w:t>3) Ürün / Evrak Adı : Kurumsal Çalışan Kimlik Kartı</w:t>
      </w:r>
    </w:p>
    <w:p>
      <w:r>
        <w:t xml:space="preserve">   Adet / Sayı      : 1</w:t>
      </w:r>
    </w:p>
    <w:p>
      <w:r>
        <w:t xml:space="preserve">   Durum            : (   ) Yeni   ( X ) Kullanılmış   (   ) Arızalı</w:t>
      </w:r>
    </w:p>
    <w:p/>
    <w:p>
      <w:r>
        <w:t>Ek Açıklamalar:</w:t>
      </w:r>
    </w:p>
    <w:p>
      <w:r>
        <w:t>Teslim edilen ekipmanların sorumluluğu personele ait olup, kayıp ve hasar durumunda ilgili prosedürler uygulanacaktır.</w:t>
      </w:r>
    </w:p>
    <w:p/>
    <w:p>
      <w:r>
        <w:t>İşbu teslim tutanağı tarafların bilgisi ve onayı dahilinde düzenlenmiştir.</w:t>
      </w:r>
    </w:p>
    <w:p/>
    <w:p>
      <w:r>
        <w:t>Teslim Eden                              Teslim Alan</w:t>
      </w:r>
    </w:p>
    <w:p>
      <w:r>
        <w:t>Adı Soyadı : Hüseyin Korkmaz             Adı Soyadı : Selin Başar</w:t>
      </w:r>
    </w:p>
    <w:p>
      <w:r>
        <w:t>İmza       : (imza)                      İmza       : (imza)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