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TESLİM TESELLÜM TUTANAĞI</w:t>
      </w:r>
    </w:p>
    <w:p/>
    <w:p>
      <w:r>
        <w:t>Tarih              : .... / .... / 20....</w:t>
      </w:r>
    </w:p>
    <w:p>
      <w:r>
        <w:t>Düzenlenme Yeri    : ..............................................................</w:t>
      </w:r>
    </w:p>
    <w:p/>
    <w:p>
      <w:r>
        <w:t>Teslim Eden</w:t>
      </w:r>
    </w:p>
    <w:p>
      <w:r>
        <w:t>Adı Soyadı         : ..............................................................</w:t>
      </w:r>
    </w:p>
    <w:p>
      <w:r>
        <w:t>Unvanı             : ..............................................................</w:t>
      </w:r>
    </w:p>
    <w:p>
      <w:r>
        <w:t>Birimi / Firma     : ..............................................................</w:t>
      </w:r>
    </w:p>
    <w:p/>
    <w:p>
      <w:r>
        <w:t>Teslim Alan (Tesellüm Eden)</w:t>
      </w:r>
    </w:p>
    <w:p>
      <w:r>
        <w:t>Adı Soyadı         : ..............................................................</w:t>
      </w:r>
    </w:p>
    <w:p>
      <w:r>
        <w:t>Unvanı             : ..............................................................</w:t>
      </w:r>
    </w:p>
    <w:p>
      <w:r>
        <w:t>Birimi / Firma     : ..............................................................</w:t>
      </w:r>
    </w:p>
    <w:p/>
    <w:p>
      <w:r>
        <w:t>Teslimin Konusu    : ..............................................................</w:t>
      </w:r>
    </w:p>
    <w:p>
      <w:r>
        <w:t xml:space="preserve">                     (Örn: Bilgisayar ve Ofis Ekipmanı Teslimi)</w:t>
      </w:r>
    </w:p>
    <w:p/>
    <w:p>
      <w:r>
        <w:t>Aşağıda bilgileri yer alan malzeme/evrak, sağlam ve eksiksiz olarak</w:t>
      </w:r>
    </w:p>
    <w:p>
      <w:r>
        <w:t>teslim edilmiştir/tesellüm edilmiştir.</w:t>
      </w:r>
    </w:p>
    <w:p/>
    <w:p>
      <w:r>
        <w:t>No   Malzeme / Evrak Adı      Marka / Model       Seri / Demirbaş No    Adet   Durum</w:t>
      </w:r>
    </w:p>
    <w:p>
      <w:r>
        <w:t>--   ----------------------   ---------------     -------------------   ----   ------</w:t>
      </w:r>
    </w:p>
    <w:p>
      <w:r>
        <w:t>1    ........................  ...............    ....................   ...   ........</w:t>
      </w:r>
    </w:p>
    <w:p>
      <w:r>
        <w:t>2    ........................  ...............    ....................   ...   ........</w:t>
      </w:r>
    </w:p>
    <w:p>
      <w:r>
        <w:t>3    ........................  ...............    ....................   ...   ........</w:t>
      </w:r>
    </w:p>
    <w:p>
      <w:r>
        <w:t>4    ........................  ...............    ....................   ...   ........</w:t>
      </w:r>
    </w:p>
    <w:p>
      <w:r>
        <w:t>5    ........................  ...............    ....................   ...   ........</w:t>
      </w:r>
    </w:p>
    <w:p>
      <w:r>
        <w:t>6    ........................  ...............    ....................   ...   ........</w:t>
      </w:r>
    </w:p>
    <w:p>
      <w:r>
        <w:t>7    ........................  ...............    ....................   ...   ........</w:t>
      </w:r>
    </w:p>
    <w:p>
      <w:r>
        <w:t>8    ........................  ...............    ....................   ...   ........</w:t>
      </w:r>
    </w:p>
    <w:p>
      <w:r>
        <w:t>9    ........................  ...............    ....................   ...   ........</w:t>
      </w:r>
    </w:p>
    <w:p>
      <w:r>
        <w:t>10   ........................  ...............    ....................   ...   ........</w:t>
      </w:r>
    </w:p>
    <w:p/>
    <w:p>
      <w:r>
        <w:t>Toplam Adet : ........</w:t>
      </w:r>
    </w:p>
    <w:p/>
    <w:p>
      <w:r>
        <w:t>Taraflar, yukarıda bilgileri yer alan malzeme/evrakı karşılıklı olarak</w:t>
      </w:r>
    </w:p>
    <w:p>
      <w:r>
        <w:t>teslim ettiklerini ve teslim aldıklarını, sayfa içeriğini okuyup anladıklarını</w:t>
      </w:r>
    </w:p>
    <w:p>
      <w:r>
        <w:t>kabul ve beyan ederler.</w:t>
      </w:r>
    </w:p>
    <w:p/>
    <w:p>
      <w:r>
        <w:t>Teslim Eden                                       Teslim Alan (Tesellüm Eden)</w:t>
      </w:r>
    </w:p>
    <w:p>
      <w:r>
        <w:t>Adı Soyadı : ................................     Adı Soyadı : ................................</w:t>
      </w:r>
    </w:p>
    <w:p>
      <w:r>
        <w:t>Unvanı     : ................................     Unvanı     : ................................</w:t>
      </w:r>
    </w:p>
    <w:p>
      <w:r>
        <w:t>İmza       : ................................     İmza       : ................................</w:t>
      </w:r>
    </w:p>
    <w:p/>
    <w:p>
      <w:r>
        <w:t>Gerek görülmesi hâlinde işbu tutanak ekinde</w:t>
      </w:r>
    </w:p>
    <w:p>
      <w:r>
        <w:t>malzeme listesi veya fotoğraflar yer alabilir.</w:t>
      </w:r>
    </w:p>
    <w:p>
      <w:r>
        <w:t>(Ekler: ......... sayfa)</w:t>
      </w:r>
    </w:p>
    <w:p/>
    <w:p>
      <w:r>
        <w:t>-----------------------------------------------------------------------</w:t>
      </w:r>
    </w:p>
    <w:p>
      <w:r>
        <w:t>Bu tutanak şablonu https://tutanakornegi.com/ için hazırlanmıştır.</w:t>
      </w:r>
    </w:p>
    <w:p>
      <w:r>
        <w:t>Daha fazla ücretsiz tutanak örneği için sitemizi ziyaret edebilirsiniz.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