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PERSONEL TUTANAK ÖRNEĞİ (BOŞ)</w:t>
      </w:r>
    </w:p>
    <w:p/>
    <w:p>
      <w:r>
        <w:t>Tutanak Tarihi : .... / .... / 20....</w:t>
      </w:r>
    </w:p>
    <w:p>
      <w:r>
        <w:t>Tutanak No     : ......................</w:t>
      </w:r>
    </w:p>
    <w:p>
      <w:r>
        <w:t>Konu           : Personel Tutanığı</w:t>
      </w:r>
    </w:p>
    <w:p/>
    <w:p>
      <w:r>
        <w:t>İşletme / Bölüm : ..............................................................</w:t>
      </w:r>
    </w:p>
    <w:p>
      <w:r>
        <w:t>Personelin Adı Soyadı : ........................................................</w:t>
      </w:r>
    </w:p>
    <w:p>
      <w:r>
        <w:t>Görevi / Ünvanı       : ........................................................</w:t>
      </w:r>
    </w:p>
    <w:p>
      <w:r>
        <w:t>Sicil No              : ........................................................</w:t>
      </w:r>
    </w:p>
    <w:p>
      <w:r>
        <w:t>Olay Tarihi           : .... / .... / 20....</w:t>
      </w:r>
    </w:p>
    <w:p>
      <w:r>
        <w:t>Olay Saati            : ........</w:t>
      </w:r>
    </w:p>
    <w:p>
      <w:r>
        <w:t>Olay Yeri             : .......................................................</w:t>
      </w:r>
    </w:p>
    <w:p/>
    <w:p>
      <w:r>
        <w:t>Olayın Açıklaması: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/>
    <w:p>
      <w:r>
        <w:t>Tanıklar:</w:t>
      </w:r>
    </w:p>
    <w:p>
      <w:r>
        <w:t>1) Adı Soyadı: ..................................  İmza: ........................</w:t>
      </w:r>
    </w:p>
    <w:p>
      <w:r>
        <w:t>2) Adı Soyadı: ..................................  İmza: ........................</w:t>
      </w:r>
    </w:p>
    <w:p>
      <w:r>
        <w:t>3) Adı Soyadı: ..................................  İmza: ........................</w:t>
      </w:r>
    </w:p>
    <w:p/>
    <w:p>
      <w:r>
        <w:t>Personelin Savunması: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/>
    <w:p>
      <w:r>
        <w:t>Sonuç ve Değerlendirme: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/>
    <w:p>
      <w:r>
        <w:t>İşbu tutanak tarafımızca düzenlenerek imza altına alınmıştır.</w:t>
      </w:r>
    </w:p>
    <w:p/>
    <w:p>
      <w:r>
        <w:t>Tutanak Düzenleyen</w:t>
      </w:r>
    </w:p>
    <w:p>
      <w:r>
        <w:t>Adı Soyadı : ......................................</w:t>
      </w:r>
    </w:p>
    <w:p>
      <w:r>
        <w:t>Görevi     : ......................................</w:t>
      </w:r>
    </w:p>
    <w:p>
      <w:r>
        <w:t>İmza       : ......................................</w:t>
      </w:r>
    </w:p>
    <w:p/>
    <w:p>
      <w:r>
        <w:t>İK / Yönetici Onayı</w:t>
      </w:r>
    </w:p>
    <w:p>
      <w:r>
        <w:t>Adı Soyadı : ......................................</w:t>
      </w:r>
    </w:p>
    <w:p>
      <w:r>
        <w:t>Görevi     : ......................................</w:t>
      </w:r>
    </w:p>
    <w:p>
      <w:r>
        <w:t>İmza       : ......................................</w:t>
      </w:r>
    </w:p>
    <w:p/>
    <w:p>
      <w:r>
        <w:t>Personel</w:t>
      </w:r>
    </w:p>
    <w:p>
      <w:r>
        <w:t>Adı Soyadı : ......................................</w:t>
      </w:r>
    </w:p>
    <w:p>
      <w:r>
        <w:t>İmza       : ......................................</w:t>
      </w:r>
    </w:p>
    <w:p>
      <w:r>
        <w:t>(İmza atmaktan imtina edilirse "İmza atmaktan çekinmiştir" notu düşülür.)</w:t>
      </w:r>
    </w:p>
    <w:p/>
    <w:p/>
    <w:p/>
    <w:p>
      <w:r>
        <w:t>PERSONEL TUTANAK ÖRNEĞİ (DOLDURULMUŞ)</w:t>
      </w:r>
    </w:p>
    <w:p/>
    <w:p>
      <w:r>
        <w:t>Tutanak Tarihi : 14 / 02 / 2025</w:t>
      </w:r>
    </w:p>
    <w:p>
      <w:r>
        <w:t>Tutanak No     : 2025-PR-018</w:t>
      </w:r>
    </w:p>
    <w:p>
      <w:r>
        <w:t>Konu           : Personel Disiplin Tutanığı</w:t>
      </w:r>
    </w:p>
    <w:p/>
    <w:p>
      <w:r>
        <w:t>İşletme / Bölüm : XYZ Teknoloji – Depo Lojistik</w:t>
      </w:r>
    </w:p>
    <w:p>
      <w:r>
        <w:t>Personelin Adı Soyadı : Mehmet Karaca</w:t>
      </w:r>
    </w:p>
    <w:p>
      <w:r>
        <w:t>Görevi / Ünvanı       : Depo Elemanı</w:t>
      </w:r>
    </w:p>
    <w:p>
      <w:r>
        <w:t>Sicil No              : 4587</w:t>
      </w:r>
    </w:p>
    <w:p>
      <w:r>
        <w:t>Olay Tarihi           : 13 / 02 / 2025</w:t>
      </w:r>
    </w:p>
    <w:p>
      <w:r>
        <w:t>Olay Saati            : 16:45</w:t>
      </w:r>
    </w:p>
    <w:p>
      <w:r>
        <w:t>Olay Yeri             : Depo sevkiyat alanı</w:t>
      </w:r>
    </w:p>
    <w:p/>
    <w:p>
      <w:r>
        <w:t>Olayın Açıklaması:</w:t>
      </w:r>
    </w:p>
    <w:p>
      <w:r>
        <w:t>13 Şubat 2025 tarihinde saat 16:45'te sevkiyat alanında yapılan rutin kontrol sırasında,</w:t>
      </w:r>
    </w:p>
    <w:p>
      <w:r>
        <w:t>personel Mehmet Karaca’nın görevli olmadığı halde forklift kullanmaya çalıştığı tespit edilmiştir.</w:t>
      </w:r>
    </w:p>
    <w:p>
      <w:r>
        <w:t>Daha önce forklift eğitimi almadığı ve yetkilendirilmediği halde ekipmanı çalıştırmaya teşebbüs ettiği,</w:t>
      </w:r>
    </w:p>
    <w:p>
      <w:r>
        <w:t>bu esnada paletli kolilerin dengesi bozulduğu görülmüştür. Olay sırasında herhangi bir yaralanma</w:t>
      </w:r>
    </w:p>
    <w:p>
      <w:r>
        <w:t>ya da maddi zarar meydana gelmemiştir ancak iş güvenliği kurallarının ihlali söz konusudur.</w:t>
      </w:r>
    </w:p>
    <w:p/>
    <w:p>
      <w:r>
        <w:t>Tanıklar:</w:t>
      </w:r>
    </w:p>
    <w:p>
      <w:r>
        <w:t>1) Adı Soyadı: Ali Şahin (Depo Sorumlusu)  İmza: (imza)</w:t>
      </w:r>
    </w:p>
    <w:p>
      <w:r>
        <w:t>2) Adı Soyadı: Cihan Dursun (Sevkiyat Personeli)  İmza: (imza)</w:t>
      </w:r>
    </w:p>
    <w:p/>
    <w:p>
      <w:r>
        <w:t>Personelin Savunması:</w:t>
      </w:r>
    </w:p>
    <w:p>
      <w:r>
        <w:t>Personel, forkliftin park halinde olduğunu, yalnızca yerini düzeltmeye çalıştığını, çalıştırma</w:t>
      </w:r>
    </w:p>
    <w:p>
      <w:r>
        <w:t>niyetinde olmadığını beyan etmiştir. Ancak savunma, kamera kayıtları ve tanık beyanlarıyla</w:t>
      </w:r>
    </w:p>
    <w:p>
      <w:r>
        <w:t>örtüşmemektedir.</w:t>
      </w:r>
    </w:p>
    <w:p/>
    <w:p>
      <w:r>
        <w:t>Sonuç ve Değerlendirme:</w:t>
      </w:r>
    </w:p>
    <w:p>
      <w:r>
        <w:t>İş güvenliği kurallarına aykırı davranıldığı, ilgili ekipmanın yetkisiz kullanımına teşebbüs edildiği</w:t>
      </w:r>
    </w:p>
    <w:p>
      <w:r>
        <w:t>tespit edilmiştir. Personelin yazılı olarak uyarılmasına, tekrarında disiplin yönetmeliği gereği</w:t>
      </w:r>
    </w:p>
    <w:p>
      <w:r>
        <w:t>kınama veya ücret kesme cezası uygulanabileceğine karar verilmiştir.</w:t>
      </w:r>
    </w:p>
    <w:p/>
    <w:p>
      <w:r>
        <w:t>İşbu tutanak tarafımızca düzenlenerek imza altına alınmıştır.</w:t>
      </w:r>
    </w:p>
    <w:p/>
    <w:p>
      <w:r>
        <w:t>Tutanak Düzenleyen</w:t>
      </w:r>
    </w:p>
    <w:p>
      <w:r>
        <w:t>Adı Soyadı : Ali Şahin</w:t>
      </w:r>
    </w:p>
    <w:p>
      <w:r>
        <w:t>Görevi     : Depo Sorumlusu</w:t>
      </w:r>
    </w:p>
    <w:p>
      <w:r>
        <w:t>İmza       : (imza)</w:t>
      </w:r>
    </w:p>
    <w:p/>
    <w:p>
      <w:r>
        <w:t>İK / Yönetici Onayı</w:t>
      </w:r>
    </w:p>
    <w:p>
      <w:r>
        <w:t>Adı Soyadı : Sibel Yalçın</w:t>
      </w:r>
    </w:p>
    <w:p>
      <w:r>
        <w:t>Görevi     : İnsan Kaynakları Müdürü</w:t>
      </w:r>
    </w:p>
    <w:p>
      <w:r>
        <w:t>İmza       : (imza)</w:t>
      </w:r>
    </w:p>
    <w:p/>
    <w:p>
      <w:r>
        <w:t>Personel</w:t>
      </w:r>
    </w:p>
    <w:p>
      <w:r>
        <w:t>Adı Soyadı : Mehmet Karaca</w:t>
      </w:r>
    </w:p>
    <w:p>
      <w:r>
        <w:t>İmza       : (imza)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