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ÖĞRENCİ TUTANAK ÖRNEĞİ (BOŞ)</w:t>
      </w:r>
    </w:p>
    <w:p/>
    <w:p>
      <w:r>
        <w:t>Tutanak Tarihi : .... / .... / 20....</w:t>
      </w:r>
    </w:p>
    <w:p>
      <w:r>
        <w:t>Tutanak No     : ......................</w:t>
      </w:r>
    </w:p>
    <w:p>
      <w:r>
        <w:t>Tutanak Türü   : (   ) Disiplin Tutanağı   (   ) Sınav Tutanağı   (   ) Yoklama Tutanağı   (   ) Diğer: ..............</w:t>
      </w:r>
    </w:p>
    <w:p/>
    <w:p>
      <w:r>
        <w:t>Okul/Üniversite Adı : ....................................................................</w:t>
      </w:r>
    </w:p>
    <w:p>
      <w:r>
        <w:t>Bölüm / Sınıf        : ....................................................................</w:t>
      </w:r>
    </w:p>
    <w:p>
      <w:r>
        <w:t>Öğrencinin Adı Soyadı : ..............................................................</w:t>
      </w:r>
    </w:p>
    <w:p>
      <w:r>
        <w:t>Öğrenci No / TC       : ..............................................................</w:t>
      </w:r>
    </w:p>
    <w:p>
      <w:r>
        <w:t>Olay Tarihi           : .... / .... / 20....</w:t>
      </w:r>
    </w:p>
    <w:p>
      <w:r>
        <w:t>Olay Saati            : ..............</w:t>
      </w:r>
    </w:p>
    <w:p>
      <w:r>
        <w:t>Olay Yeri             : ....................................................................</w:t>
      </w:r>
    </w:p>
    <w:p/>
    <w:p>
      <w:r>
        <w:t>Olayın Açıklaması: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/>
    <w:p>
      <w:r>
        <w:t>Tanıklar:</w:t>
      </w:r>
    </w:p>
    <w:p>
      <w:r>
        <w:t>1) Adı Soyadı: ..................................  Görevi: ..........................  İmza: ...................</w:t>
      </w:r>
    </w:p>
    <w:p>
      <w:r>
        <w:t>2) Adı Soyadı: ..................................  Görevi: ..........................  İmza: ...................</w:t>
      </w:r>
    </w:p>
    <w:p/>
    <w:p>
      <w:r>
        <w:t>Öğrencinin Savunması: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/>
    <w:p>
      <w:r>
        <w:t>Sonuç ve Değerlendirme: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>
      <w:r>
        <w:t>............................................................................................</w:t>
      </w:r>
    </w:p>
    <w:p/>
    <w:p>
      <w:r>
        <w:t>Tutanak hazırlayan yetkili(ler):</w:t>
      </w:r>
    </w:p>
    <w:p>
      <w:r>
        <w:t>1) Adı Soyadı: ........................................  Görev: ........................  İmza: .................</w:t>
      </w:r>
    </w:p>
    <w:p>
      <w:r>
        <w:t>2) Adı Soyadı: ........................................  Görev: ........................  İmza: .................</w:t>
      </w:r>
    </w:p>
    <w:p/>
    <w:p>
      <w:r>
        <w:t>Öğrenci</w:t>
      </w:r>
    </w:p>
    <w:p>
      <w:r>
        <w:t>Adı Soyadı : ........................................</w:t>
      </w:r>
    </w:p>
    <w:p>
      <w:r>
        <w:t>İmza       : ........................................</w:t>
      </w:r>
    </w:p>
    <w:p>
      <w:r>
        <w:t>(İmza atmayı reddederse "İmzadan imtina etmiştir" yazılır.)</w:t>
      </w:r>
    </w:p>
    <w:p/>
    <w:p/>
    <w:p/>
    <w:p>
      <w:r>
        <w:t>ÖĞRENCİ TUTANAK ÖRNEĞİ (DOLDURULMUŞ)</w:t>
      </w:r>
    </w:p>
    <w:p/>
    <w:p>
      <w:r>
        <w:t>Tutanak Tarihi : 18 / 03 / 2025</w:t>
      </w:r>
    </w:p>
    <w:p>
      <w:r>
        <w:t>Tutanak No     : OT-2025-031</w:t>
      </w:r>
    </w:p>
    <w:p>
      <w:r>
        <w:t>Tutanak Türü   : ( X ) Disiplin Tutanağı</w:t>
      </w:r>
    </w:p>
    <w:p/>
    <w:p>
      <w:r>
        <w:t>Okul/Üniversite Adı : Atatürk Anadolu Lisesi</w:t>
      </w:r>
    </w:p>
    <w:p>
      <w:r>
        <w:t>Bölüm / Sınıf        : 10-B</w:t>
      </w:r>
    </w:p>
    <w:p>
      <w:r>
        <w:t>Öğrencinin Adı Soyadı : Emir Yıldız</w:t>
      </w:r>
    </w:p>
    <w:p>
      <w:r>
        <w:t>Öğrenci No / TC       : 21458</w:t>
      </w:r>
    </w:p>
    <w:p>
      <w:r>
        <w:t>Olay Tarihi           : 18 / 03 / 2025</w:t>
      </w:r>
    </w:p>
    <w:p>
      <w:r>
        <w:t>Olay Saati            : 10:45</w:t>
      </w:r>
    </w:p>
    <w:p>
      <w:r>
        <w:t>Olay Yeri             : 10-B Sınıfı</w:t>
      </w:r>
    </w:p>
    <w:p/>
    <w:p>
      <w:r>
        <w:t>Olayın Açıklaması:</w:t>
      </w:r>
    </w:p>
    <w:p>
      <w:r>
        <w:t>Ders esnasında öğretmen Ayşe Demir tarafından yapılan uyarılara rağmen öğrenci Emir Yıldız,</w:t>
      </w:r>
    </w:p>
    <w:p>
      <w:r>
        <w:t>arkadaşlarıyla yüksek sesle konuşmuş, sınıf düzenini bozmuş ve sınıf ortamını olumsuz</w:t>
      </w:r>
    </w:p>
    <w:p>
      <w:r>
        <w:t>etkilemiştir. Öğrenciye defalarca sözlü uyarıda bulunulmasına rağmen davranış devam etmiştir.</w:t>
      </w:r>
    </w:p>
    <w:p/>
    <w:p>
      <w:r>
        <w:t>Tanıklar:</w:t>
      </w:r>
    </w:p>
    <w:p>
      <w:r>
        <w:t>1) Adı Soyadı: Ayşe Demir  Görevi: Matematik Öğretmeni   İmza: (imza)</w:t>
      </w:r>
    </w:p>
    <w:p>
      <w:r>
        <w:t>2) Adı Soyadı: Cemal Akın  Görevi: Müdür Yardımcısı       İmza: (imza)</w:t>
      </w:r>
    </w:p>
    <w:p/>
    <w:p>
      <w:r>
        <w:t>Öğrencinin Savunması:</w:t>
      </w:r>
    </w:p>
    <w:p>
      <w:r>
        <w:t>Öğrenci, sınıfta konuştuğunu kabul etmiş ancak arkadaşının bir konuyu sorduğunu ve bu nedenle</w:t>
      </w:r>
    </w:p>
    <w:p>
      <w:r>
        <w:t>cevap verdiğini beyan etmiştir. Uyarılara rağmen konuşmaya devam ettiği ise kamera görüntüleri</w:t>
      </w:r>
    </w:p>
    <w:p>
      <w:r>
        <w:t>ile teyit edilmiştir.</w:t>
      </w:r>
    </w:p>
    <w:p/>
    <w:p>
      <w:r>
        <w:t>Sonuç ve Değerlendirme:</w:t>
      </w:r>
    </w:p>
    <w:p>
      <w:r>
        <w:t>Disiplin yönergesi gereğince yazılı uyarı verilmesine, tekrarında davranışın disiplin kuruluna</w:t>
      </w:r>
    </w:p>
    <w:p>
      <w:r>
        <w:t>sevki gerektireceği öğrenciye bildirilmiştir.</w:t>
      </w:r>
    </w:p>
    <w:p/>
    <w:p>
      <w:r>
        <w:t>Tutanak hazırlayan yetkili(ler):</w:t>
      </w:r>
    </w:p>
    <w:p>
      <w:r>
        <w:t>1) Adı Soyadı: Ayşe Demir   Görev: Matematik Öğretmeni   İmza: (imza)</w:t>
      </w:r>
    </w:p>
    <w:p>
      <w:r>
        <w:t>2) Adı Soyadı: Cemal Akın   Görev: Müdür Yardımcısı      İmza: (imza)</w:t>
      </w:r>
    </w:p>
    <w:p/>
    <w:p>
      <w:r>
        <w:t>Öğrenci</w:t>
      </w:r>
    </w:p>
    <w:p>
      <w:r>
        <w:t>Adı Soyadı : Emir Yıldız</w:t>
      </w:r>
    </w:p>
    <w:p>
      <w:r>
        <w:t>İmza       : (imza)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