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KAZA TESPİT TUTANAĞI (BOŞ ÖRNEK)</w:t>
      </w:r>
    </w:p>
    <w:p/>
    <w:p>
      <w:r>
        <w:t>Tutanak Tarihi : .... / .... / 20....</w:t>
      </w:r>
    </w:p>
    <w:p>
      <w:r>
        <w:t>Tutanak No     : ......................</w:t>
      </w:r>
    </w:p>
    <w:p>
      <w:r>
        <w:t>Kaza Türü      : (   ) Trafik Kazası   (   ) İş Kazası   (   ) Okul Kazası   (   ) Diğer: .............</w:t>
      </w:r>
    </w:p>
    <w:p/>
    <w:p>
      <w:r>
        <w:t>Kaza Yeri      : ................................................................................</w:t>
      </w:r>
    </w:p>
    <w:p>
      <w:r>
        <w:t>Kaza Saati     : ...........</w:t>
      </w:r>
    </w:p>
    <w:p>
      <w:r>
        <w:t>Kaza Tarihi    : .... / .... / 20....</w:t>
      </w:r>
    </w:p>
    <w:p/>
    <w:p>
      <w:r>
        <w:t>Kazaya Karışan Kişi / Araç Bilgileri:</w:t>
      </w:r>
    </w:p>
    <w:p/>
    <w:p>
      <w:r>
        <w:t>1) Taraf A:</w:t>
      </w:r>
    </w:p>
    <w:p>
      <w:r>
        <w:t>Adı Soyadı               : ..............................................................</w:t>
      </w:r>
    </w:p>
    <w:p>
      <w:r>
        <w:t>TC / Ehliyet No          : ..............................................................</w:t>
      </w:r>
    </w:p>
    <w:p>
      <w:r>
        <w:t>Araç Plakası (varsa)     : ..............................................................</w:t>
      </w:r>
    </w:p>
    <w:p>
      <w:r>
        <w:t>Görevi / Statüsü         : ..............................................................</w:t>
      </w:r>
    </w:p>
    <w:p/>
    <w:p>
      <w:r>
        <w:t>2) Taraf B:</w:t>
      </w:r>
    </w:p>
    <w:p>
      <w:r>
        <w:t>Adı Soyadı               : ..............................................................</w:t>
      </w:r>
    </w:p>
    <w:p>
      <w:r>
        <w:t>TC / Ehliyet No          : ..............................................................</w:t>
      </w:r>
    </w:p>
    <w:p>
      <w:r>
        <w:t>Araç Plakası (varsa)     : ..............................................................</w:t>
      </w:r>
    </w:p>
    <w:p>
      <w:r>
        <w:t>Görevi / Statüsü         : ..............................................................</w:t>
      </w:r>
    </w:p>
    <w:p/>
    <w:p>
      <w:r>
        <w:t>Kaza Açıklaması: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/>
    <w:p>
      <w:r>
        <w:t>Kaza Yeri Krokisi: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/>
    <w:p>
      <w:r>
        <w:t>Tanıklar:</w:t>
      </w:r>
    </w:p>
    <w:p>
      <w:r>
        <w:t>1) Adı Soyadı: ..................................  İletişim: ..................  İmza: ..................</w:t>
      </w:r>
    </w:p>
    <w:p>
      <w:r>
        <w:t>2) Adı Soyadı: ..................................  İletişim: ..................  İmza: ..................</w:t>
      </w:r>
    </w:p>
    <w:p/>
    <w:p>
      <w:r>
        <w:t>Tarafların Beyanı:</w:t>
      </w:r>
    </w:p>
    <w:p/>
    <w:p>
      <w:r>
        <w:t>Taraf A Beyanı: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/>
    <w:p>
      <w:r>
        <w:t>Taraf B Beyanı: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/>
    <w:p>
      <w:r>
        <w:t>Hasar Bilgisi: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/>
    <w:p>
      <w:r>
        <w:t>Sonuç ve Değerlendirme: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/>
    <w:p>
      <w:r>
        <w:t>Tutanak Tarafların Onayı ile Düzenlenmiştir.</w:t>
      </w:r>
    </w:p>
    <w:p/>
    <w:p>
      <w:r>
        <w:t>Taraf A                              Taraf B</w:t>
      </w:r>
    </w:p>
    <w:p>
      <w:r>
        <w:t>Adı Soyadı : .......................   Adı Soyadı : .......................</w:t>
      </w:r>
    </w:p>
    <w:p>
      <w:r>
        <w:t>İmza       : .......................   İmza       : .......................</w:t>
      </w:r>
    </w:p>
    <w:p/>
    <w:p>
      <w:r>
        <w:t>Tutanak Düzenleyen Görevli(ler):</w:t>
      </w:r>
    </w:p>
    <w:p>
      <w:r>
        <w:t>Adı Soyadı : .......................................</w:t>
      </w:r>
    </w:p>
    <w:p>
      <w:r>
        <w:t>Görev      : .......................................</w:t>
      </w:r>
    </w:p>
    <w:p>
      <w:r>
        <w:t>İmza       : .......................................</w:t>
      </w:r>
    </w:p>
    <w:p/>
    <w:p/>
    <w:p>
      <w:r>
        <w:t>KAZA TESPİT TUTANAĞI (DOLDURULMUŞ ÖRNEK)</w:t>
      </w:r>
    </w:p>
    <w:p/>
    <w:p>
      <w:r>
        <w:t>Tutanak Tarihi : 12 / 04 / 2025</w:t>
      </w:r>
    </w:p>
    <w:p>
      <w:r>
        <w:t>Tutanak No     : KTT-2025-087</w:t>
      </w:r>
    </w:p>
    <w:p>
      <w:r>
        <w:t>Kaza Türü      : ( X ) Trafik Kazası</w:t>
      </w:r>
    </w:p>
    <w:p/>
    <w:p>
      <w:r>
        <w:t>Kaza Yeri      : Ankara – Çankaya, Filistin Caddesi No: 18 Önü</w:t>
      </w:r>
    </w:p>
    <w:p>
      <w:r>
        <w:t>Kaza Saati     : 17:35</w:t>
      </w:r>
    </w:p>
    <w:p>
      <w:r>
        <w:t>Kaza Tarihi    : 12 / 04 / 2025</w:t>
      </w:r>
    </w:p>
    <w:p/>
    <w:p>
      <w:r>
        <w:t>Kazaya Karışan Kişi / Araç Bilgileri:</w:t>
      </w:r>
    </w:p>
    <w:p/>
    <w:p>
      <w:r>
        <w:t>1) Taraf A:</w:t>
      </w:r>
    </w:p>
    <w:p>
      <w:r>
        <w:t>Adı Soyadı               : Ahmet Çalışkan</w:t>
      </w:r>
    </w:p>
    <w:p>
      <w:r>
        <w:t>TC / Ehliyet No          : 254***98</w:t>
      </w:r>
    </w:p>
    <w:p>
      <w:r>
        <w:t>Araç Plakası             : 06 ABC 742</w:t>
      </w:r>
    </w:p>
    <w:p>
      <w:r>
        <w:t>Görevi / Statüsü         : Sürücü</w:t>
      </w:r>
    </w:p>
    <w:p/>
    <w:p>
      <w:r>
        <w:t>2) Taraf B:</w:t>
      </w:r>
    </w:p>
    <w:p>
      <w:r>
        <w:t>Adı Soyadı               : Elif Demir</w:t>
      </w:r>
    </w:p>
    <w:p>
      <w:r>
        <w:t>TC / Ehliyet No          : 119***64</w:t>
      </w:r>
    </w:p>
    <w:p>
      <w:r>
        <w:t>Araç Plakası             : 06 HZL 215</w:t>
      </w:r>
    </w:p>
    <w:p>
      <w:r>
        <w:t>Görevi / Statüsü         : Sürücü</w:t>
      </w:r>
    </w:p>
    <w:p/>
    <w:p>
      <w:r>
        <w:t>Kaza Açıklaması:</w:t>
      </w:r>
    </w:p>
    <w:p>
      <w:r>
        <w:t>Ahmet Çalışkan, Filistin Caddesi üzerinde sağ şeritte ilerlerken Elif Demir’in sinyal vermeden</w:t>
      </w:r>
    </w:p>
    <w:p>
      <w:r>
        <w:t>aniden şerit değiştirmesi sonucu iki araç yan tarafından temas etmiştir. Çarpışma düşük hızda</w:t>
      </w:r>
    </w:p>
    <w:p>
      <w:r>
        <w:t>gerçekleşmiş olup yaralanma meydana gelmemiştir.</w:t>
      </w:r>
    </w:p>
    <w:p/>
    <w:p>
      <w:r>
        <w:t>Kaza Yeri Krokisi:</w:t>
      </w:r>
    </w:p>
    <w:p>
      <w:r>
        <w:t>- İki yönlü yol</w:t>
      </w:r>
    </w:p>
    <w:p>
      <w:r>
        <w:t>- Taraf A sağ şeritte ilerlemektedir</w:t>
      </w:r>
    </w:p>
    <w:p>
      <w:r>
        <w:t>- Taraf B sola dönmek için şerit değiştirmiştir</w:t>
      </w:r>
    </w:p>
    <w:p>
      <w:r>
        <w:t>- Temas sağ ön kapı ve sol arka kapı hizasında gerçekleşmiştir</w:t>
      </w:r>
    </w:p>
    <w:p/>
    <w:p>
      <w:r>
        <w:t>Tanıklar:</w:t>
      </w:r>
    </w:p>
    <w:p>
      <w:r>
        <w:t>1) Adı Soyadı: Mert Aksu   İletişim: 05** *** ** 32  İmza: (imza)</w:t>
      </w:r>
    </w:p>
    <w:p>
      <w:r>
        <w:t>2) Adı Soyadı: Cansu Yıldız   İletişim: 05** *** ** 81  İmza: (imza)</w:t>
      </w:r>
    </w:p>
    <w:p/>
    <w:p>
      <w:r>
        <w:t>Taraf A Beyanı:</w:t>
      </w:r>
    </w:p>
    <w:p>
      <w:r>
        <w:t>Sinyal verilmediğini, fren yapmasına rağmen temasın kaçınılmaz olduğunu belirtmiştir.</w:t>
      </w:r>
    </w:p>
    <w:p/>
    <w:p>
      <w:r>
        <w:t>Taraf B Beyanı:</w:t>
      </w:r>
    </w:p>
    <w:p>
      <w:r>
        <w:t>Sinyal verdiğini düşündüğünü, yoğun trafik nedeniyle ani hareket ettiğini kabul etmiştir.</w:t>
      </w:r>
    </w:p>
    <w:p/>
    <w:p>
      <w:r>
        <w:t>Hasar Bilgisi:</w:t>
      </w:r>
    </w:p>
    <w:p>
      <w:r>
        <w:t>- Taraf A: sağ ön çamurlukta çizik</w:t>
      </w:r>
    </w:p>
    <w:p>
      <w:r>
        <w:t>- Taraf B: sol arka kapıda çizik</w:t>
      </w:r>
    </w:p>
    <w:p/>
    <w:p>
      <w:r>
        <w:t>Sonuç ve Değerlendirme:</w:t>
      </w:r>
    </w:p>
    <w:p>
      <w:r>
        <w:t>Taraf B kusurlu bulunmuştur. Sigorta için ilgili yönlendirmeler yapılmıştır.</w:t>
      </w:r>
    </w:p>
    <w:p/>
    <w:p>
      <w:r>
        <w:t>Tarafların Onayı:</w:t>
      </w:r>
    </w:p>
    <w:p/>
    <w:p>
      <w:r>
        <w:t>Taraf A: Ahmet Çalışkan – (imza)</w:t>
      </w:r>
    </w:p>
    <w:p>
      <w:r>
        <w:t>Taraf B: Elif Demir – (imza)</w:t>
      </w:r>
    </w:p>
    <w:p/>
    <w:p>
      <w:r>
        <w:t>Tutanak Düzenleyen:</w:t>
      </w:r>
    </w:p>
    <w:p>
      <w:r>
        <w:t>Adı Soyadı : Hasan Yücel</w:t>
      </w:r>
    </w:p>
    <w:p>
      <w:r>
        <w:t>Görev      : Trafik Zabıtası</w:t>
      </w:r>
    </w:p>
    <w:p>
      <w:r>
        <w:t>İmza       : (imza)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